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כַּרְטִיסֵי דִּילֶמָה – בֵּגִין, עֲלִיָּה וְשָׁלוֹם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לְהַכִּיר אֶת סִפּוּר הָעֲלִיָּה שֶׁל בֵּגִין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לְדַבֵּר עַל שַׁיָּכוּת וְעַל הַשָּׁלוֹם עִם מִצְרַיִם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לְהַבִּיעַ דֵּעָה בְּכָבוֹד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הֲבָנַת הַנֶּשֶׂא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מֵאֶרֶץ אַחֶרֶת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מִצְרַיִם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נָכוֹן אוֹ לֹא נָכוֹן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כְּמוֹ הַרְבֵּה תַּלְמִידִים בַּכִּתָּה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לְכָל שָׂפָה יֵשׁ מִלָּה לְשָׁלוֹם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הַשְׁלָמַת מִלִּים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עָלָה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שָׁלוֹם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הַתְאָמָה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(לָבוֹא לָגוּר בְּיִשְׂרָאֵל)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(לְהַפְסִיק מִלְחָמָה)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(לְהִתְיַחֵס יָפֶה)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(שְׁאֵלָה קָשָׁה)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כְּתִיבָה קְצָרָה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תְּשׁוּבָה אִישִׁית, לְמָשָׁל: הָיָה קָשֶׁה לִלְמֹד שָׂפָה חֲדָשָׁה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כִּתְבוּ וְחִשְׁבוּ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הַמּוֹרֶה/ת תְּבַדֹּק: מִלָּה בַּשָּׂפָה, הֶסְבֵּר אִישִׁי קָצָר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מֵאֶרֶץ אַחֶרֶת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מִצְרַיִם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לְהַקְשִׁיב בְּכָבוֹד וּלְנַמֵּק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אֶפְשָׁר לְהַזְמִין תַּלְמִידִים לְשַׁתֵּף מֵאֵיפֹה הֵם עָלוּ, בְּלִי לְחַיֵּב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לְהַדְגִּישׁ שֶׁאֵין תְּשׁוּבָה "נְכוֹנָה" בְּדִילֶמוֹת, רַק דֵּעוֹת מְנֻמָּקוֹת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כְּדַאי לְקַיֵּם אֶת חֵלֶק הַדִּיּוּן בְּמַעְגָּל לִפְנֵי הַכְּתִיבָה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כַּרְטִיסֵי דִּילֶמָה – בֵּגִין, עֲלִיָּה וְשָׁלוֹם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בֵּגִין עָלָה לָאָרֶץ מִמָּקוֹם אַחֵר, בְּדִיּוּק כְּמוֹ תַּלְמִידִים רַבִּים הַיּוֹם. בַּדַּף הַזֶּה נְדַבֵּר עַל עֲלִיָּה, שַׁיָּכוּת וְעַל הַשָּׁלוֹם עִם מִצְרַיִם.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עָלָה  ·  שָׁלוֹם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הֲבָנַת הַנֶּשֶׂא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מֵאַיִן הִגִּיעַ בֵּגִין לְיִשְׂרָאֵל?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מֵאֶרֶץ אַחֶרֶת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הוּא נוֹלַד בָּאָרֶץ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מֵאֲמֵרִיקָה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עִם אֵיזוֹ מְדִינָה עָשְׂתָה יִשְׂרָאֵל שָׁלוֹם?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יַרְדֵּן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מִצְרַיִם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סוּרְיָה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נָכוֹן אוֹ לֹא נָכוֹן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בֵּגִין עָלָה לְיִשְׂרָאֵל מֵאֶרֶץ אַחֶרֶת.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אֶפְשָׁר לְהַגִּיד שָׁלוֹם בְּשָׂפוֹת שׁוֹנוֹת.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הַשְׁלָמַת מִלִּים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בֵּגִין __________ לָאָרֶץ מֵאֶרֶץ אַחֶרֶת.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יִשְׂרָאֵל וּמִצְרַיִם עָשׂוּ __________ אַחֲרֵי מִלְחָמָה.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הַתְאָמָה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עֲלִיָּה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שְׁאֵלָה קָשָׁה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שָׁלוֹם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לְהִתְיַחֵס יָפֶה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כָּבוֹד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לְהַפְסִיק מִלְחָמָה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דִּילֶמָה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לָבוֹא לָגוּר בְּיִשְׂרָאֵל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כְּתִיבָה קְצָרָה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כִּתְבוּ מִשְׁפָּט אֶחָד: מָה הָיָה קָשֶׁה לָכֶם/ן כְּשֶׁהִגַּעְתֶּם/ן לְמָקוֹם חָדָשׁ?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כִּתְבוּ וְחִשְׁבוּ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אֵיךְ אוֹמְרִים "שָׁלוֹם" בַּשָּׂפָה שֶׁלָּכֶם/ן? כִּתְבוּ וְהַסְבִּירוּ לָמָּה מִלָּה זוֹ חֲשׁוּבָה לָכֶם/ן.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מֵאֵיפֹה עָלָה בֵּגִין לְיִשְׂרָאֵל?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עִם אֵיזוֹ מְדִינָה עָשְׂתָה יִשְׂרָאֵל שָׁלוֹם?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כַּרְטִיסֵי דִּילֶמָה – בֵּגִין, עֲלִיָּה וְשָׁלוֹם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